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7CFC6" w14:textId="77777777" w:rsidR="00FA3B24" w:rsidRDefault="00CA4AC3">
      <w:pPr>
        <w:spacing w:after="40"/>
        <w:jc w:val="center"/>
        <w:rPr>
          <w:lang w:eastAsia="zh-TW"/>
        </w:rPr>
      </w:pPr>
      <w:r>
        <w:rPr>
          <w:rFonts w:ascii="BiauKai" w:eastAsia="標楷體" w:hAnsi="BiauKai"/>
          <w:b/>
          <w:sz w:val="32"/>
          <w:lang w:eastAsia="zh-TW"/>
        </w:rPr>
        <w:t>社團法人中華民國牙醫師公會全國聯合會</w:t>
      </w:r>
    </w:p>
    <w:p w14:paraId="793AD34A" w14:textId="77777777" w:rsidR="00FA3B24" w:rsidRDefault="00CA4AC3">
      <w:pPr>
        <w:spacing w:after="160"/>
        <w:jc w:val="center"/>
        <w:rPr>
          <w:lang w:eastAsia="zh-TW"/>
        </w:rPr>
      </w:pPr>
      <w:r>
        <w:rPr>
          <w:rFonts w:ascii="BiauKai" w:eastAsia="標楷體" w:hAnsi="BiauKai"/>
          <w:b/>
          <w:sz w:val="32"/>
          <w:lang w:eastAsia="zh-TW"/>
        </w:rPr>
        <w:t>長期照顧服務人員訓練繼續教育積分成果報告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2A92A73B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C175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活動名稱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7DD9" w14:textId="27E73949" w:rsidR="00FA3B24" w:rsidRDefault="00FA3B24">
            <w:pPr>
              <w:rPr>
                <w:lang w:eastAsia="zh-TW"/>
              </w:rPr>
            </w:pPr>
          </w:p>
        </w:tc>
      </w:tr>
      <w:tr w:rsidR="00FA3B24" w14:paraId="65B9DA29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3B27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主辦單位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3443" w14:textId="6C8D68E1" w:rsidR="00FA3B24" w:rsidRDefault="00FA3B24">
            <w:pPr>
              <w:rPr>
                <w:lang w:eastAsia="zh-TW"/>
              </w:rPr>
            </w:pPr>
          </w:p>
        </w:tc>
      </w:tr>
      <w:tr w:rsidR="00FA3B24" w14:paraId="22EDAF0E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3F6C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認證字號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4D49E" w14:textId="6E49FFCC" w:rsidR="00FA3B24" w:rsidRDefault="00CA4AC3">
            <w:proofErr w:type="spellStart"/>
            <w:r>
              <w:rPr>
                <w:rFonts w:ascii="BiauKai" w:eastAsia="標楷體" w:hAnsi="BiauKai"/>
                <w:b/>
                <w:color w:val="DC0000"/>
              </w:rPr>
              <w:t>牙全</w:t>
            </w:r>
            <w:proofErr w:type="spellEnd"/>
            <w:r>
              <w:rPr>
                <w:rFonts w:ascii="BiauKai" w:eastAsia="標楷體" w:hAnsi="BiauKai"/>
                <w:b/>
                <w:color w:val="DC0000"/>
              </w:rPr>
              <w:t>(</w:t>
            </w:r>
            <w:r>
              <w:rPr>
                <w:rFonts w:ascii="BiauKai" w:eastAsia="標楷體" w:hAnsi="BiauKai"/>
                <w:b/>
                <w:color w:val="DC0000"/>
              </w:rPr>
              <w:t>特</w:t>
            </w:r>
            <w:r>
              <w:rPr>
                <w:rFonts w:ascii="BiauKai" w:eastAsia="標楷體" w:hAnsi="BiauKai"/>
                <w:b/>
                <w:color w:val="DC0000"/>
              </w:rPr>
              <w:t>)</w:t>
            </w:r>
            <w:proofErr w:type="spellStart"/>
            <w:r>
              <w:rPr>
                <w:rFonts w:ascii="BiauKai" w:eastAsia="標楷體" w:hAnsi="BiauKai"/>
                <w:b/>
                <w:color w:val="DC0000"/>
              </w:rPr>
              <w:t>長照審字第</w:t>
            </w:r>
            <w:proofErr w:type="spellEnd"/>
            <w:r>
              <w:rPr>
                <w:rFonts w:ascii="BiauKai" w:eastAsia="標楷體" w:hAnsi="BiauKai"/>
                <w:b/>
                <w:color w:val="DC0000"/>
              </w:rPr>
              <w:t xml:space="preserve"> </w:t>
            </w:r>
            <w:r>
              <w:rPr>
                <w:rFonts w:ascii="BiauKai" w:eastAsia="標楷體" w:hAnsi="BiauKai"/>
                <w:b/>
                <w:color w:val="DC0000"/>
              </w:rPr>
              <w:t>號</w:t>
            </w:r>
          </w:p>
        </w:tc>
      </w:tr>
      <w:tr w:rsidR="00FA3B24" w14:paraId="4FA3C69B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7718" w14:textId="77777777" w:rsidR="00FA3B24" w:rsidRDefault="00CA4AC3">
            <w:pPr>
              <w:jc w:val="center"/>
            </w:pPr>
            <w:r>
              <w:rPr>
                <w:rFonts w:ascii="BiauKai" w:eastAsia="標楷體" w:hAnsi="BiauKai"/>
                <w:b/>
              </w:rPr>
              <w:t>準備說明</w:t>
            </w:r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8061" w14:textId="77777777" w:rsidR="00FA3B24" w:rsidRDefault="00CA4AC3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sz w:val="19"/>
                <w:lang w:eastAsia="zh-TW"/>
              </w:rPr>
              <w:t>一、課程照片</w:t>
            </w:r>
            <w:r>
              <w:rPr>
                <w:rFonts w:ascii="BiauKai" w:eastAsia="標楷體" w:hAnsi="BiauKai"/>
                <w:sz w:val="19"/>
                <w:lang w:eastAsia="zh-TW"/>
              </w:rPr>
              <w:t>(</w:t>
            </w:r>
            <w:r>
              <w:rPr>
                <w:rFonts w:ascii="BiauKai" w:eastAsia="標楷體" w:hAnsi="BiauKai"/>
                <w:sz w:val="19"/>
                <w:lang w:eastAsia="zh-TW"/>
              </w:rPr>
              <w:t>每堂課至少各</w:t>
            </w:r>
            <w:r>
              <w:rPr>
                <w:rFonts w:ascii="BiauKai" w:eastAsia="標楷體" w:hAnsi="BiauKai"/>
                <w:sz w:val="19"/>
                <w:lang w:eastAsia="zh-TW"/>
              </w:rPr>
              <w:t>2</w:t>
            </w:r>
            <w:r>
              <w:rPr>
                <w:rFonts w:ascii="BiauKai" w:eastAsia="標楷體" w:hAnsi="BiauKai"/>
                <w:sz w:val="19"/>
                <w:lang w:eastAsia="zh-TW"/>
              </w:rPr>
              <w:t>張講師學員皆需入鏡</w:t>
            </w:r>
            <w:r>
              <w:rPr>
                <w:rFonts w:ascii="BiauKai" w:eastAsia="標楷體" w:hAnsi="BiauKai"/>
                <w:sz w:val="19"/>
                <w:lang w:eastAsia="zh-TW"/>
              </w:rPr>
              <w:t>(</w:t>
            </w:r>
            <w:r>
              <w:rPr>
                <w:rFonts w:ascii="BiauKai" w:eastAsia="標楷體" w:hAnsi="BiauKai"/>
                <w:sz w:val="19"/>
                <w:lang w:eastAsia="zh-TW"/>
              </w:rPr>
              <w:t>人數多可分多張，建議錄影備份為證</w:t>
            </w:r>
            <w:r>
              <w:rPr>
                <w:rFonts w:ascii="BiauKai" w:eastAsia="標楷體" w:hAnsi="BiauKai"/>
                <w:sz w:val="19"/>
                <w:lang w:eastAsia="zh-TW"/>
              </w:rPr>
              <w:t>)</w:t>
            </w:r>
            <w:r>
              <w:rPr>
                <w:rFonts w:ascii="BiauKai" w:eastAsia="標楷體" w:hAnsi="BiauKai"/>
                <w:sz w:val="19"/>
                <w:lang w:eastAsia="zh-TW"/>
              </w:rPr>
              <w:t>，需清晰或多方角度拍攝。請以</w:t>
            </w:r>
            <w:r>
              <w:rPr>
                <w:rFonts w:ascii="BiauKai" w:eastAsia="標楷體" w:hAnsi="BiauKai"/>
                <w:sz w:val="19"/>
                <w:lang w:eastAsia="zh-TW"/>
              </w:rPr>
              <w:t xml:space="preserve"> WORD </w:t>
            </w:r>
            <w:r>
              <w:rPr>
                <w:rFonts w:ascii="BiauKai" w:eastAsia="標楷體" w:hAnsi="BiauKai"/>
                <w:sz w:val="19"/>
                <w:lang w:eastAsia="zh-TW"/>
              </w:rPr>
              <w:t>檔或</w:t>
            </w:r>
            <w:r>
              <w:rPr>
                <w:rFonts w:ascii="BiauKai" w:eastAsia="標楷體" w:hAnsi="BiauKai"/>
                <w:sz w:val="19"/>
                <w:lang w:eastAsia="zh-TW"/>
              </w:rPr>
              <w:t xml:space="preserve"> PDF </w:t>
            </w:r>
            <w:r>
              <w:rPr>
                <w:rFonts w:ascii="BiauKai" w:eastAsia="標楷體" w:hAnsi="BiauKai"/>
                <w:sz w:val="19"/>
                <w:lang w:eastAsia="zh-TW"/>
              </w:rPr>
              <w:t>檔上傳，並說明每張照片之課程名稱及標示照片內人數，若照片內無法數出如簽到表人數或申請積分人數，一律不計本案長照繼續教育積分。依本會審定計畫第七條第四項：學員參加本會採認之長照繼續教育課程，如有冒名頂替或溢報積分之情事者，該次積分不予計算。學員違反前項規定，本會得對開課機構提出書面警告，並得於發文日後一年內拒絕受理其申請案件，一年屆滿提改善措施經本會同意後，始受理其申請審查案件。</w:t>
            </w:r>
          </w:p>
        </w:tc>
      </w:tr>
      <w:tr w:rsidR="00FA3B24" w14:paraId="21FD3DF1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F915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6D1F" w14:textId="5C586C56" w:rsidR="00FA3B24" w:rsidRDefault="00FA3B24">
            <w:pPr>
              <w:rPr>
                <w:lang w:eastAsia="zh-TW"/>
              </w:rPr>
            </w:pPr>
          </w:p>
        </w:tc>
      </w:tr>
      <w:tr w:rsidR="00FA3B24" w14:paraId="48304B44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DD0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1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8E12" w14:textId="77777777" w:rsidR="00FA3B24" w:rsidRDefault="00CA4AC3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 xml:space="preserve">29 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人（講師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 xml:space="preserve"> 1 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人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 xml:space="preserve"> + 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學員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 xml:space="preserve"> 28 </w:t>
            </w: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人）</w:t>
            </w:r>
          </w:p>
          <w:p w14:paraId="51EB3A81" w14:textId="77777777" w:rsidR="00FA3B24" w:rsidRDefault="00CA4AC3">
            <w:pPr>
              <w:spacing w:before="120" w:after="120"/>
              <w:jc w:val="center"/>
              <w:rPr>
                <w:lang w:eastAsia="zh-TW"/>
              </w:rPr>
            </w:pP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7FC458D3" w14:textId="77777777" w:rsidR="00FA3B24" w:rsidRDefault="00FA3B24">
      <w:pPr>
        <w:spacing w:before="80" w:after="8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70DDEC6B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90C9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4BDC" w14:textId="5E902E98" w:rsidR="00FA3B24" w:rsidRDefault="00FA3B24">
            <w:pPr>
              <w:rPr>
                <w:lang w:eastAsia="zh-TW"/>
              </w:rPr>
            </w:pPr>
          </w:p>
        </w:tc>
      </w:tr>
      <w:tr w:rsidR="00FA3B24" w14:paraId="3FCCD6D3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B93D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2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D4F0" w14:textId="08DE9895" w:rsidR="00FA3B24" w:rsidRDefault="00CA4AC3" w:rsidP="002F67A1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2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305A3C1D" w14:textId="77777777" w:rsidR="00FA3B24" w:rsidRDefault="00CA4AC3">
      <w:pPr>
        <w:rPr>
          <w:lang w:eastAsia="zh-TW"/>
        </w:rPr>
      </w:pPr>
      <w:r>
        <w:rPr>
          <w:lang w:eastAsia="zh-TW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0BB83B46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E7C0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lastRenderedPageBreak/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7619A" w14:textId="07FD64E5" w:rsidR="00FA3B24" w:rsidRDefault="00FA3B24">
            <w:pPr>
              <w:rPr>
                <w:lang w:eastAsia="zh-TW"/>
              </w:rPr>
            </w:pPr>
          </w:p>
        </w:tc>
      </w:tr>
      <w:tr w:rsidR="00FA3B24" w14:paraId="12BF30FA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963E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3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E89A3" w14:textId="1F146110" w:rsidR="00FA3B24" w:rsidRDefault="00CA4AC3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</w:p>
          <w:p w14:paraId="77730622" w14:textId="77777777" w:rsidR="00FA3B24" w:rsidRDefault="00CA4AC3">
            <w:pPr>
              <w:spacing w:before="120" w:after="120"/>
              <w:jc w:val="center"/>
              <w:rPr>
                <w:lang w:eastAsia="zh-TW"/>
              </w:rPr>
            </w:pP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3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4BC6AC94" w14:textId="77777777" w:rsidR="00FA3B24" w:rsidRDefault="00FA3B24">
      <w:pPr>
        <w:spacing w:before="80" w:after="8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5AFA108F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87BA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BBDF" w14:textId="612CA5B9" w:rsidR="00FA3B24" w:rsidRDefault="00FA3B24">
            <w:pPr>
              <w:rPr>
                <w:lang w:eastAsia="zh-TW"/>
              </w:rPr>
            </w:pPr>
          </w:p>
        </w:tc>
      </w:tr>
      <w:tr w:rsidR="00FA3B24" w14:paraId="37C91AE1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20C8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4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628A" w14:textId="7FA7BDE3" w:rsidR="00FA3B24" w:rsidRDefault="00CA4AC3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</w:p>
          <w:p w14:paraId="78D8FF5A" w14:textId="77777777" w:rsidR="00FA3B24" w:rsidRDefault="00CA4AC3">
            <w:pPr>
              <w:spacing w:before="120" w:after="120"/>
              <w:jc w:val="center"/>
              <w:rPr>
                <w:lang w:eastAsia="zh-TW"/>
              </w:rPr>
            </w:pP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4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3918F4E4" w14:textId="77777777" w:rsidR="00FA3B24" w:rsidRDefault="00CA4AC3">
      <w:pPr>
        <w:rPr>
          <w:lang w:eastAsia="zh-TW"/>
        </w:rPr>
      </w:pPr>
      <w:r>
        <w:rPr>
          <w:lang w:eastAsia="zh-TW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5B0485BF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AFCA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lastRenderedPageBreak/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8D82" w14:textId="60AD9604" w:rsidR="00FA3B24" w:rsidRDefault="00FA3B24">
            <w:pPr>
              <w:rPr>
                <w:rFonts w:hint="eastAsia"/>
                <w:lang w:eastAsia="zh-TW"/>
              </w:rPr>
            </w:pPr>
          </w:p>
        </w:tc>
      </w:tr>
      <w:tr w:rsidR="00FA3B24" w14:paraId="4717BF9E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E234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5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BB5C" w14:textId="27541B71" w:rsidR="00FA3B24" w:rsidRDefault="00CA4AC3">
            <w:pPr>
              <w:rPr>
                <w:rFonts w:hint="eastAsia"/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</w:p>
          <w:p w14:paraId="222D836D" w14:textId="77777777" w:rsidR="00FA3B24" w:rsidRDefault="00CA4AC3">
            <w:pPr>
              <w:spacing w:before="120" w:after="120"/>
              <w:jc w:val="center"/>
              <w:rPr>
                <w:lang w:eastAsia="zh-TW"/>
              </w:rPr>
            </w:pP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5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751EF420" w14:textId="77777777" w:rsidR="00FA3B24" w:rsidRDefault="00FA3B24">
      <w:pPr>
        <w:spacing w:before="80" w:after="8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666D914C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66C3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197C" w14:textId="66B37DFB" w:rsidR="00FA3B24" w:rsidRDefault="00FA3B24">
            <w:pPr>
              <w:rPr>
                <w:lang w:eastAsia="zh-TW"/>
              </w:rPr>
            </w:pPr>
          </w:p>
        </w:tc>
      </w:tr>
      <w:tr w:rsidR="00FA3B24" w14:paraId="2EBC877B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F624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6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7B47" w14:textId="697FCB9F" w:rsidR="00FA3B24" w:rsidRDefault="00CA4AC3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  <w:r w:rsidR="002F67A1">
              <w:rPr>
                <w:lang w:eastAsia="zh-TW"/>
              </w:rPr>
              <w:t xml:space="preserve"> </w:t>
            </w:r>
          </w:p>
          <w:p w14:paraId="685C0F1C" w14:textId="77777777" w:rsidR="00FA3B24" w:rsidRDefault="00CA4AC3">
            <w:pPr>
              <w:spacing w:before="120" w:after="120"/>
              <w:jc w:val="center"/>
              <w:rPr>
                <w:lang w:eastAsia="zh-TW"/>
              </w:rPr>
            </w:pP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6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11A63927" w14:textId="77777777" w:rsidR="00FA3B24" w:rsidRDefault="00CA4AC3">
      <w:pPr>
        <w:rPr>
          <w:lang w:eastAsia="zh-TW"/>
        </w:rPr>
      </w:pPr>
      <w:r>
        <w:rPr>
          <w:lang w:eastAsia="zh-TW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363145D8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3AE0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lastRenderedPageBreak/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E7592" w14:textId="3C9139DF" w:rsidR="00FA3B24" w:rsidRDefault="00FA3B24">
            <w:pPr>
              <w:rPr>
                <w:lang w:eastAsia="zh-TW"/>
              </w:rPr>
            </w:pPr>
          </w:p>
        </w:tc>
      </w:tr>
      <w:tr w:rsidR="00FA3B24" w14:paraId="23CD9C78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4736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7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B0FF" w14:textId="7B851C07" w:rsidR="00FA3B24" w:rsidRDefault="00CA4AC3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  <w:r w:rsidR="002F67A1">
              <w:rPr>
                <w:lang w:eastAsia="zh-TW"/>
              </w:rPr>
              <w:t xml:space="preserve"> </w:t>
            </w:r>
          </w:p>
          <w:p w14:paraId="7903D9F6" w14:textId="77777777" w:rsidR="00FA3B24" w:rsidRDefault="00CA4AC3">
            <w:pPr>
              <w:spacing w:before="120" w:after="120"/>
              <w:jc w:val="center"/>
              <w:rPr>
                <w:lang w:eastAsia="zh-TW"/>
              </w:rPr>
            </w:pP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7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21F862DD" w14:textId="77777777" w:rsidR="00FA3B24" w:rsidRDefault="00FA3B24">
      <w:pPr>
        <w:spacing w:before="80" w:after="80"/>
        <w:rPr>
          <w:lang w:eastAsia="zh-T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589"/>
      </w:tblGrid>
      <w:tr w:rsidR="00FA3B24" w14:paraId="4603A80A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85C3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課程名稱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5CA2" w14:textId="0EF5039E" w:rsidR="00FA3B24" w:rsidRDefault="00FA3B24">
            <w:pPr>
              <w:rPr>
                <w:lang w:eastAsia="zh-TW"/>
              </w:rPr>
            </w:pPr>
          </w:p>
        </w:tc>
      </w:tr>
      <w:tr w:rsidR="00FA3B24" w14:paraId="30C873E3" w14:textId="77777777">
        <w:trPr>
          <w:jc w:val="center"/>
        </w:trPr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64C6" w14:textId="77777777" w:rsidR="00FA3B24" w:rsidRDefault="00CA4AC3">
            <w:pPr>
              <w:jc w:val="center"/>
            </w:pPr>
            <w:proofErr w:type="spellStart"/>
            <w:r>
              <w:rPr>
                <w:rFonts w:ascii="BiauKai" w:eastAsia="標楷體" w:hAnsi="BiauKai"/>
                <w:b/>
              </w:rPr>
              <w:t>課程照片</w:t>
            </w:r>
            <w:proofErr w:type="spellEnd"/>
            <w:r>
              <w:rPr>
                <w:rFonts w:ascii="BiauKai" w:eastAsia="標楷體" w:hAnsi="BiauKai"/>
                <w:b/>
              </w:rPr>
              <w:t xml:space="preserve"> 8</w:t>
            </w:r>
            <w:r>
              <w:rPr>
                <w:rFonts w:ascii="BiauKai" w:eastAsia="標楷體" w:hAnsi="BiauKai"/>
                <w:b/>
              </w:rPr>
              <w:br/>
            </w:r>
            <w:proofErr w:type="spellStart"/>
            <w:r>
              <w:rPr>
                <w:rFonts w:ascii="BiauKai" w:eastAsia="標楷體" w:hAnsi="BiauKai"/>
                <w:b/>
              </w:rPr>
              <w:t>與標示人數</w:t>
            </w:r>
            <w:proofErr w:type="spellEnd"/>
          </w:p>
        </w:tc>
        <w:tc>
          <w:tcPr>
            <w:tcW w:w="7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AAF1" w14:textId="68987A6B" w:rsidR="00FA3B24" w:rsidRDefault="00CA4AC3">
            <w:pPr>
              <w:rPr>
                <w:lang w:eastAsia="zh-TW"/>
              </w:rPr>
            </w:pPr>
            <w:r>
              <w:rPr>
                <w:rFonts w:ascii="BiauKai" w:eastAsia="標楷體" w:hAnsi="BiauKai"/>
                <w:b/>
                <w:color w:val="003366"/>
                <w:lang w:eastAsia="zh-TW"/>
              </w:rPr>
              <w:t>本張照片人數：</w:t>
            </w:r>
          </w:p>
          <w:p w14:paraId="6FDA9D10" w14:textId="77777777" w:rsidR="00FA3B24" w:rsidRDefault="00CA4AC3">
            <w:pPr>
              <w:spacing w:before="120" w:after="120"/>
              <w:jc w:val="center"/>
              <w:rPr>
                <w:lang w:eastAsia="zh-TW"/>
              </w:rPr>
            </w:pP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【在此對齊貼上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照片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8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】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br/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（建議尺寸：寬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x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高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 xml:space="preserve"> 10.5 </w:t>
            </w:r>
            <w:r>
              <w:rPr>
                <w:rFonts w:ascii="BiauKai" w:eastAsia="標楷體" w:hAnsi="BiauKai"/>
                <w:color w:val="808080"/>
                <w:sz w:val="20"/>
                <w:lang w:eastAsia="zh-TW"/>
              </w:rPr>
              <w:t>公分，文繞圖請設「與文字同行」）</w:t>
            </w:r>
          </w:p>
        </w:tc>
      </w:tr>
    </w:tbl>
    <w:p w14:paraId="0A7ECEA6" w14:textId="47D0B5C7" w:rsidR="00FA3B24" w:rsidRPr="002F67A1" w:rsidRDefault="00CA4AC3" w:rsidP="002F67A1">
      <w:pPr>
        <w:rPr>
          <w:rFonts w:eastAsia="新細明體" w:hint="eastAsia"/>
          <w:lang w:eastAsia="zh-TW"/>
        </w:rPr>
      </w:pPr>
      <w:r>
        <w:rPr>
          <w:lang w:eastAsia="zh-TW"/>
        </w:rPr>
        <w:br w:type="page"/>
      </w:r>
    </w:p>
    <w:sectPr w:rsidR="00FA3B24" w:rsidRPr="002F67A1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iauKai">
    <w:altName w:val="Cambria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2219019">
    <w:abstractNumId w:val="8"/>
  </w:num>
  <w:num w:numId="2" w16cid:durableId="1975983505">
    <w:abstractNumId w:val="6"/>
  </w:num>
  <w:num w:numId="3" w16cid:durableId="1342506787">
    <w:abstractNumId w:val="5"/>
  </w:num>
  <w:num w:numId="4" w16cid:durableId="361201637">
    <w:abstractNumId w:val="4"/>
  </w:num>
  <w:num w:numId="5" w16cid:durableId="1244297121">
    <w:abstractNumId w:val="7"/>
  </w:num>
  <w:num w:numId="6" w16cid:durableId="1815873143">
    <w:abstractNumId w:val="3"/>
  </w:num>
  <w:num w:numId="7" w16cid:durableId="600601844">
    <w:abstractNumId w:val="2"/>
  </w:num>
  <w:num w:numId="8" w16cid:durableId="946499257">
    <w:abstractNumId w:val="1"/>
  </w:num>
  <w:num w:numId="9" w16cid:durableId="180646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67A1"/>
    <w:rsid w:val="00326F90"/>
    <w:rsid w:val="00AA1D8D"/>
    <w:rsid w:val="00B47730"/>
    <w:rsid w:val="00CA4AC3"/>
    <w:rsid w:val="00CB0664"/>
    <w:rsid w:val="00D755EA"/>
    <w:rsid w:val="00FA3B2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0EAF39"/>
  <w14:defaultImageDpi w14:val="300"/>
  <w15:docId w15:val="{1503E609-D6A4-4BEB-BE26-952A9FAA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高芳瑜</cp:lastModifiedBy>
  <cp:revision>2</cp:revision>
  <dcterms:created xsi:type="dcterms:W3CDTF">2026-09-21T00:40:00Z</dcterms:created>
  <dcterms:modified xsi:type="dcterms:W3CDTF">2026-09-21T00:40:00Z</dcterms:modified>
  <cp:category/>
</cp:coreProperties>
</file>